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Legal assistant resume template</w:t>
      </w:r>
    </w:p>
    <w:p>
      <w:r>
        <w:rPr>
          <w:sz w:val="20"/>
        </w:rPr>
        <w:t>Example structure, not a real candidate. Replace every bracketed field and delete sections that do not apply. Remove this title and instruction before submitting.</w:t>
      </w:r>
    </w:p>
    <w:p>
      <w:r>
        <w:rPr>
          <w:b/>
          <w:sz w:val="30"/>
        </w:rPr>
        <w:t>[Your name]</w:t>
      </w:r>
    </w:p>
    <w:p>
      <w:r>
        <w:t>[City, Province] | [Phone] | [Professional email] | [Optional profile URL]</w:t>
      </w:r>
    </w:p>
    <w:p>
      <w:pPr>
        <w:pStyle w:val="Heading1"/>
      </w:pPr>
      <w:r>
        <w:t>Education</w:t>
      </w:r>
    </w:p>
    <w:p>
      <w:pPr>
        <w:keepNext/>
        <w:tabs>
          <w:tab w:pos="10080" w:val="right"/>
        </w:tabs>
      </w:pPr>
      <w:r>
        <w:rPr>
          <w:b/>
        </w:rPr>
        <w:t>[Institution], [City, Province or country]</w:t>
      </w:r>
      <w:r>
        <w:tab/>
        <w:t>[Year or accurate status]</w:t>
      </w:r>
    </w:p>
    <w:p>
      <w:r>
        <w:t>[Exact qualification name; describe incomplete education accurately]</w:t>
      </w:r>
    </w:p>
    <w:p>
      <w:pPr>
        <w:pStyle w:val="Heading1"/>
      </w:pPr>
      <w:r>
        <w:t>Work experience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document, calendar, billing, or administrative support you actually provided]</w:t>
      </w:r>
    </w:p>
    <w:p>
      <w:pPr>
        <w:pStyle w:val="ListBullet"/>
        <w:spacing w:after="60"/>
      </w:pPr>
      <w:r>
        <w:t>[Connect a relevant skill to your work without exposing confidential information]</w:t>
      </w:r>
    </w:p>
    <w:p>
      <w:pPr>
        <w:keepNext/>
        <w:tabs>
          <w:tab w:pos="10080" w:val="right"/>
        </w:tabs>
      </w:pPr>
      <w:r>
        <w:rPr>
          <w:b/>
        </w:rPr>
        <w:t>[Employer], [City, Province]</w:t>
      </w:r>
      <w:r>
        <w:tab/>
        <w:t>[Month YYYY to Month YYYY]</w:t>
      </w:r>
    </w:p>
    <w:p>
      <w:pPr>
        <w:keepNext/>
      </w:pPr>
      <w:r>
        <w:t>[Exact position title]</w:t>
      </w:r>
    </w:p>
    <w:p>
      <w:pPr>
        <w:pStyle w:val="ListBullet"/>
        <w:spacing w:after="60"/>
      </w:pPr>
      <w:r>
        <w:t>[Describe document, calendar, billing, or administrative support you actually provided]</w:t>
      </w:r>
    </w:p>
    <w:p>
      <w:pPr>
        <w:pStyle w:val="ListBullet"/>
        <w:spacing w:after="60"/>
      </w:pPr>
      <w:r>
        <w:t>[Connect a relevant skill to your work without exposing confidential information]</w:t>
      </w:r>
    </w:p>
    <w:p>
      <w:pPr>
        <w:pStyle w:val="Heading1"/>
      </w:pPr>
      <w:r>
        <w:t>Skills and languages</w:t>
      </w:r>
    </w:p>
    <w:p>
      <w:r>
        <w:t>[Relevant tools and tasks you can support with examples]</w:t>
      </w:r>
    </w:p>
    <w:p>
      <w:r>
        <w:t>[Languages and accurate proficiency, if relevant]</w:t>
      </w:r>
    </w:p>
    <w:p>
      <w:pPr>
        <w:pStyle w:val="Heading1"/>
      </w:pPr>
      <w:r>
        <w:t>Optional activities</w:t>
      </w:r>
    </w:p>
    <w:p>
      <w:r>
        <w:t>[Relevant professional or volunteer activity and dates; otherwise delete this section]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000000"/>
        <w:sz w:val="16"/>
      </w:rPr>
      <w:t>Formatted with LegalCV | https://www.mylegalresume.com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legal assistant resume template</dc:title>
  <dc:subject>Editable example structure with placeholders only</dc:subject>
  <dc:creator>LegalCV</dc:creator>
  <cp:keywords/>
  <dc:description>generated by python-docx</dc:description>
  <cp:lastModifiedBy>LegalCV</cp:lastModifiedBy>
  <cp:revision>1</cp:revision>
  <dcterms:created xsi:type="dcterms:W3CDTF">2013-12-23T23:15:00Z</dcterms:created>
  <dcterms:modified xsi:type="dcterms:W3CDTF">2013-12-23T23:15:00Z</dcterms:modified>
  <cp:category/>
</cp:coreProperties>
</file>