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Lawyer resume template</w:t>
      </w:r>
    </w:p>
    <w:p>
      <w:r>
        <w:rPr>
          <w:sz w:val="20"/>
        </w:rPr>
        <w:t>Example structure, not a real candidate. Replace every bracketed field and delete sections that do not apply. Remove this title and instruction before submitting.</w:t>
      </w:r>
    </w:p>
    <w:p>
      <w:r>
        <w:rPr>
          <w:b/>
          <w:sz w:val="30"/>
        </w:rPr>
        <w:t>[Your name]</w:t>
      </w:r>
    </w:p>
    <w:p>
      <w:r>
        <w:t>[City, Province] | [Phone] | [Professional email] | [Optional profile URL]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</w:pPr>
      <w:r>
        <w:rPr>
          <w:b/>
        </w:rPr>
        <w:t>[Institution], [City, Province or country]</w:t>
      </w:r>
      <w:r>
        <w:tab/>
        <w:t>[Year or accurate status]</w:t>
      </w:r>
    </w:p>
    <w:p>
      <w:r>
        <w:t>[Exact qualification name; describe incomplete education accurately]</w:t>
      </w:r>
    </w:p>
    <w:p>
      <w:pPr>
        <w:pStyle w:val="Heading1"/>
      </w:pPr>
      <w:r>
        <w:t>Bar admissions</w:t>
      </w:r>
    </w:p>
    <w:p>
      <w:r>
        <w:t>[Jurisdiction], [Year], [Accurate current status if relevant]</w:t>
      </w:r>
    </w:p>
    <w:p>
      <w:r>
        <w:t>[Include only verified credentials and status relevant to this application]</w:t>
      </w:r>
    </w:p>
    <w:p>
      <w:pPr>
        <w:pStyle w:val="Heading1"/>
      </w:pPr>
      <w:r>
        <w:t>Work experience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relevant practice work and your actual responsibility without identifying clients]</w:t>
      </w:r>
    </w:p>
    <w:p>
      <w:pPr>
        <w:pStyle w:val="ListBullet"/>
        <w:spacing w:after="60"/>
      </w:pPr>
      <w:r>
        <w:t>[Add a factual example of your contribution; do not invent outcomes or matter details]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relevant practice work and your actual responsibility without identifying clients]</w:t>
      </w:r>
    </w:p>
    <w:p>
      <w:pPr>
        <w:pStyle w:val="ListBullet"/>
        <w:spacing w:after="60"/>
      </w:pPr>
      <w:r>
        <w:t>[Add a factual example of your contribution; do not invent outcomes or matter details]</w:t>
      </w:r>
    </w:p>
    <w:p>
      <w:pPr>
        <w:pStyle w:val="Heading1"/>
      </w:pPr>
      <w:r>
        <w:t>Skills and languages</w:t>
      </w:r>
    </w:p>
    <w:p>
      <w:r>
        <w:t>[Relevant tools and tasks you can support with examples]</w:t>
      </w:r>
    </w:p>
    <w:p>
      <w:r>
        <w:t>[Languages and accurate proficiency, if relevant]</w:t>
      </w:r>
    </w:p>
    <w:p>
      <w:pPr>
        <w:pStyle w:val="Heading1"/>
      </w:pPr>
      <w:r>
        <w:t>Optional activities</w:t>
      </w:r>
    </w:p>
    <w:p>
      <w:r>
        <w:t>[Relevant professional or volunteer activity and dates; otherwise delete this section]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000000"/>
        <w:sz w:val="16"/>
      </w:rPr>
      <w:t>Formatted with LegalCV | https://www.mylegalresume.com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lawyer resume template</dc:title>
  <dc:subject>Editable example structure with placeholders only</dc:subject>
  <dc:creator>LegalCV</dc:creator>
  <cp:keywords/>
  <dc:description>generated by python-docx</dc:description>
  <cp:lastModifiedBy>LegalCV</cp:lastModifiedBy>
  <cp:revision>1</cp:revision>
  <dcterms:created xsi:type="dcterms:W3CDTF">2013-12-23T23:15:00Z</dcterms:created>
  <dcterms:modified xsi:type="dcterms:W3CDTF">2013-12-23T23:15:00Z</dcterms:modified>
  <cp:category/>
</cp:coreProperties>
</file>